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E0" w:rsidRDefault="00222FE0">
      <w:pPr>
        <w:autoSpaceDE w:val="0"/>
        <w:autoSpaceDN w:val="0"/>
        <w:spacing w:after="78" w:line="220" w:lineRule="exact"/>
      </w:pPr>
    </w:p>
    <w:p w:rsidR="00222FE0" w:rsidRPr="00B9769D" w:rsidRDefault="00673686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222FE0" w:rsidRPr="00B9769D" w:rsidRDefault="00673686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222FE0" w:rsidRPr="00B9769D" w:rsidRDefault="00673686">
      <w:pPr>
        <w:autoSpaceDE w:val="0"/>
        <w:autoSpaceDN w:val="0"/>
        <w:spacing w:before="670" w:after="0" w:line="230" w:lineRule="auto"/>
        <w:ind w:left="2448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Муниципальное образование </w:t>
      </w: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Кизилюртовского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района</w:t>
      </w:r>
    </w:p>
    <w:p w:rsidR="00222FE0" w:rsidRPr="00B9769D" w:rsidRDefault="00673686">
      <w:pPr>
        <w:autoSpaceDE w:val="0"/>
        <w:autoSpaceDN w:val="0"/>
        <w:spacing w:before="670" w:after="1376" w:line="230" w:lineRule="auto"/>
        <w:ind w:right="3038"/>
        <w:jc w:val="right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МКОУ "</w:t>
      </w: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Зубутли-Миатлинская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СОШ"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62"/>
        <w:gridCol w:w="3720"/>
        <w:gridCol w:w="3260"/>
      </w:tblGrid>
      <w:tr w:rsidR="00222FE0">
        <w:trPr>
          <w:trHeight w:hRule="exact" w:val="274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720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48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48" w:after="0" w:line="230" w:lineRule="auto"/>
              <w:ind w:left="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222FE0">
        <w:trPr>
          <w:trHeight w:hRule="exact" w:val="200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МО учителей русского языка и</w:t>
            </w:r>
          </w:p>
        </w:tc>
        <w:tc>
          <w:tcPr>
            <w:tcW w:w="3720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after="0" w:line="230" w:lineRule="auto"/>
              <w:ind w:left="35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after="0" w:line="230" w:lineRule="auto"/>
              <w:ind w:left="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222FE0">
        <w:trPr>
          <w:trHeight w:hRule="exact" w:val="400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литературы</w:t>
            </w:r>
          </w:p>
        </w:tc>
        <w:tc>
          <w:tcPr>
            <w:tcW w:w="3720" w:type="dxa"/>
            <w:vMerge w:val="restart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98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Абдурахманова М.К______________</w:t>
            </w:r>
          </w:p>
        </w:tc>
        <w:tc>
          <w:tcPr>
            <w:tcW w:w="3260" w:type="dxa"/>
            <w:vMerge w:val="restart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Гаджиханова Б. А______________</w:t>
            </w:r>
          </w:p>
        </w:tc>
      </w:tr>
      <w:tr w:rsidR="00222FE0">
        <w:trPr>
          <w:trHeight w:hRule="exact" w:val="116"/>
        </w:trPr>
        <w:tc>
          <w:tcPr>
            <w:tcW w:w="3162" w:type="dxa"/>
            <w:vMerge w:val="restart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_Абакарова М М_____________</w:t>
            </w:r>
          </w:p>
        </w:tc>
        <w:tc>
          <w:tcPr>
            <w:tcW w:w="3429" w:type="dxa"/>
            <w:vMerge/>
          </w:tcPr>
          <w:p w:rsidR="00222FE0" w:rsidRDefault="00222FE0"/>
        </w:tc>
        <w:tc>
          <w:tcPr>
            <w:tcW w:w="3429" w:type="dxa"/>
            <w:vMerge/>
          </w:tcPr>
          <w:p w:rsidR="00222FE0" w:rsidRDefault="00222FE0"/>
        </w:tc>
      </w:tr>
      <w:tr w:rsidR="00222FE0">
        <w:trPr>
          <w:trHeight w:hRule="exact" w:val="304"/>
        </w:trPr>
        <w:tc>
          <w:tcPr>
            <w:tcW w:w="3429" w:type="dxa"/>
            <w:vMerge/>
          </w:tcPr>
          <w:p w:rsidR="00222FE0" w:rsidRDefault="00222FE0"/>
        </w:tc>
        <w:tc>
          <w:tcPr>
            <w:tcW w:w="3720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78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78" w:after="0" w:line="230" w:lineRule="auto"/>
              <w:ind w:left="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222FE0">
        <w:trPr>
          <w:trHeight w:hRule="exact" w:val="300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1Протокол №1</w:t>
            </w:r>
          </w:p>
        </w:tc>
        <w:tc>
          <w:tcPr>
            <w:tcW w:w="3720" w:type="dxa"/>
            <w:vMerge w:val="restart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94" w:after="0" w:line="230" w:lineRule="auto"/>
              <w:ind w:left="3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"22. 08 . 22г. "    г.</w:t>
            </w:r>
          </w:p>
        </w:tc>
        <w:tc>
          <w:tcPr>
            <w:tcW w:w="3260" w:type="dxa"/>
            <w:vMerge w:val="restart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94" w:after="0" w:line="230" w:lineRule="auto"/>
              <w:ind w:left="15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"22. 08. 22г. "  г.</w:t>
            </w:r>
          </w:p>
        </w:tc>
      </w:tr>
      <w:tr w:rsidR="00222FE0">
        <w:trPr>
          <w:trHeight w:hRule="exact" w:val="384"/>
        </w:trPr>
        <w:tc>
          <w:tcPr>
            <w:tcW w:w="3162" w:type="dxa"/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"22 . 08. 22г" г.</w:t>
            </w:r>
          </w:p>
        </w:tc>
        <w:tc>
          <w:tcPr>
            <w:tcW w:w="3429" w:type="dxa"/>
            <w:vMerge/>
          </w:tcPr>
          <w:p w:rsidR="00222FE0" w:rsidRDefault="00222FE0"/>
        </w:tc>
        <w:tc>
          <w:tcPr>
            <w:tcW w:w="3429" w:type="dxa"/>
            <w:vMerge/>
          </w:tcPr>
          <w:p w:rsidR="00222FE0" w:rsidRDefault="00222FE0"/>
        </w:tc>
      </w:tr>
    </w:tbl>
    <w:p w:rsidR="00222FE0" w:rsidRDefault="00673686">
      <w:pPr>
        <w:autoSpaceDE w:val="0"/>
        <w:autoSpaceDN w:val="0"/>
        <w:spacing w:before="978" w:after="0" w:line="230" w:lineRule="auto"/>
        <w:ind w:right="364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222FE0" w:rsidRDefault="00673686">
      <w:pPr>
        <w:autoSpaceDE w:val="0"/>
        <w:autoSpaceDN w:val="0"/>
        <w:spacing w:before="70" w:after="0" w:line="230" w:lineRule="auto"/>
        <w:ind w:right="441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2417104)</w:t>
      </w:r>
    </w:p>
    <w:p w:rsidR="00222FE0" w:rsidRDefault="00673686">
      <w:pPr>
        <w:autoSpaceDE w:val="0"/>
        <w:autoSpaceDN w:val="0"/>
        <w:spacing w:before="166" w:after="0" w:line="230" w:lineRule="auto"/>
        <w:ind w:right="4016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222FE0" w:rsidRDefault="00673686">
      <w:pPr>
        <w:autoSpaceDE w:val="0"/>
        <w:autoSpaceDN w:val="0"/>
        <w:spacing w:before="70" w:after="0" w:line="230" w:lineRule="auto"/>
        <w:ind w:right="4174"/>
        <w:jc w:val="right"/>
      </w:pPr>
      <w:r>
        <w:rPr>
          <w:rFonts w:ascii="Times New Roman" w:eastAsia="Times New Roman" w:hAnsi="Times New Roman"/>
          <w:color w:val="000000"/>
          <w:sz w:val="24"/>
        </w:rPr>
        <w:t>«Русский язык»</w:t>
      </w:r>
    </w:p>
    <w:p w:rsidR="00222FE0" w:rsidRDefault="00673686">
      <w:pPr>
        <w:autoSpaceDE w:val="0"/>
        <w:autoSpaceDN w:val="0"/>
        <w:spacing w:before="670" w:after="0" w:line="230" w:lineRule="auto"/>
        <w:ind w:right="2730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222FE0" w:rsidRDefault="00673686">
      <w:pPr>
        <w:autoSpaceDE w:val="0"/>
        <w:autoSpaceDN w:val="0"/>
        <w:spacing w:before="70" w:after="0" w:line="230" w:lineRule="auto"/>
        <w:ind w:right="3614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222FE0" w:rsidRDefault="00673686">
      <w:pPr>
        <w:autoSpaceDE w:val="0"/>
        <w:autoSpaceDN w:val="0"/>
        <w:spacing w:before="2112" w:after="0" w:line="230" w:lineRule="auto"/>
        <w:ind w:right="22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Расулова Айшат Магомедариповна</w:t>
      </w:r>
    </w:p>
    <w:p w:rsidR="00222FE0" w:rsidRDefault="00673686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русского языка и литературы</w:t>
      </w:r>
    </w:p>
    <w:p w:rsidR="00222FE0" w:rsidRDefault="00222FE0">
      <w:pPr>
        <w:sectPr w:rsidR="00222FE0">
          <w:pgSz w:w="11900" w:h="16840"/>
          <w:pgMar w:top="298" w:right="876" w:bottom="1440" w:left="738" w:header="720" w:footer="720" w:gutter="0"/>
          <w:cols w:space="720" w:equalWidth="0">
            <w:col w:w="10286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78" w:line="220" w:lineRule="exact"/>
      </w:pPr>
    </w:p>
    <w:p w:rsidR="00222FE0" w:rsidRDefault="00673686">
      <w:pPr>
        <w:autoSpaceDE w:val="0"/>
        <w:autoSpaceDN w:val="0"/>
        <w:spacing w:after="0" w:line="230" w:lineRule="auto"/>
        <w:ind w:right="3258"/>
        <w:jc w:val="right"/>
      </w:pPr>
      <w:r>
        <w:rPr>
          <w:rFonts w:ascii="Times New Roman" w:eastAsia="Times New Roman" w:hAnsi="Times New Roman"/>
          <w:color w:val="000000"/>
          <w:sz w:val="24"/>
        </w:rPr>
        <w:t>Зубутли - Миатли 2022</w:t>
      </w:r>
    </w:p>
    <w:p w:rsidR="00222FE0" w:rsidRDefault="00222FE0">
      <w:pPr>
        <w:sectPr w:rsidR="00222FE0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78" w:line="220" w:lineRule="exact"/>
      </w:pPr>
    </w:p>
    <w:p w:rsidR="00222FE0" w:rsidRPr="00B9769D" w:rsidRDefault="00673686">
      <w:pPr>
        <w:autoSpaceDE w:val="0"/>
        <w:autoSpaceDN w:val="0"/>
        <w:spacing w:after="0" w:line="286" w:lineRule="auto"/>
        <w:ind w:right="288" w:firstLine="18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2021 г № 287, зарегистрирован Министерством юстиции Российской Федерации 05 07 2021 г , </w:t>
      </w: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222FE0" w:rsidRPr="00B9769D" w:rsidRDefault="00673686">
      <w:pPr>
        <w:autoSpaceDE w:val="0"/>
        <w:autoSpaceDN w:val="0"/>
        <w:spacing w:before="226" w:after="0" w:line="230" w:lineRule="auto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222FE0" w:rsidRPr="00B9769D" w:rsidRDefault="00673686">
      <w:pPr>
        <w:autoSpaceDE w:val="0"/>
        <w:autoSpaceDN w:val="0"/>
        <w:spacing w:before="348" w:after="0"/>
        <w:ind w:firstLine="18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 и   </w:t>
      </w: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:rsidR="00222FE0" w:rsidRPr="00B9769D" w:rsidRDefault="00673686">
      <w:pPr>
        <w:autoSpaceDE w:val="0"/>
        <w:autoSpaceDN w:val="0"/>
        <w:spacing w:before="262" w:after="0" w:line="230" w:lineRule="auto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222FE0" w:rsidRPr="00B9769D" w:rsidRDefault="00673686">
      <w:pPr>
        <w:autoSpaceDE w:val="0"/>
        <w:autoSpaceDN w:val="0"/>
        <w:spacing w:before="166" w:after="0"/>
        <w:ind w:firstLine="18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222FE0" w:rsidRPr="00B9769D" w:rsidRDefault="0067368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222FE0" w:rsidRPr="00B9769D" w:rsidRDefault="00673686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22FE0" w:rsidRPr="00B9769D" w:rsidRDefault="00673686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222FE0" w:rsidRPr="00B9769D" w:rsidRDefault="0067368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222FE0" w:rsidRPr="00B9769D" w:rsidRDefault="0067368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Соответствующие умения и навыки представлены в перечне </w:t>
      </w: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222FE0" w:rsidRPr="00B9769D" w:rsidRDefault="00673686">
      <w:pPr>
        <w:autoSpaceDE w:val="0"/>
        <w:autoSpaceDN w:val="0"/>
        <w:spacing w:before="262" w:after="0" w:line="230" w:lineRule="auto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222FE0" w:rsidRPr="00B9769D" w:rsidRDefault="0067368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222FE0" w:rsidRPr="00B9769D" w:rsidRDefault="00222FE0">
      <w:pPr>
        <w:rPr>
          <w:lang w:val="ru-RU"/>
        </w:rPr>
        <w:sectPr w:rsidR="00222FE0" w:rsidRPr="00B9769D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140471" w:rsidRDefault="00673686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B9769D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получения знаний в разных сферах ​человеческой деятельности; проявление уважения к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инфографика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22FE0" w:rsidRPr="00140471" w:rsidRDefault="00673686">
      <w:pPr>
        <w:autoSpaceDE w:val="0"/>
        <w:autoSpaceDN w:val="0"/>
        <w:spacing w:before="262"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222FE0" w:rsidRPr="00140471" w:rsidRDefault="00673686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</w:t>
      </w:r>
      <w:proofErr w:type="gram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  предметную</w:t>
      </w:r>
      <w:proofErr w:type="gram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 область  «Русский язык и литература» и является обязательным для  изучения.</w:t>
      </w:r>
    </w:p>
    <w:p w:rsidR="00222FE0" w:rsidRPr="00140471" w:rsidRDefault="00673686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русского я</w:t>
      </w:r>
      <w:r w:rsidR="00140471"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зыка в 5 классе </w:t>
      </w:r>
      <w:proofErr w:type="gramStart"/>
      <w:r w:rsidR="00140471">
        <w:rPr>
          <w:rFonts w:ascii="Times New Roman" w:eastAsia="Times New Roman" w:hAnsi="Times New Roman"/>
          <w:color w:val="000000"/>
          <w:sz w:val="24"/>
          <w:lang w:val="ru-RU"/>
        </w:rPr>
        <w:t>отводится  -</w:t>
      </w:r>
      <w:proofErr w:type="gramEnd"/>
      <w:r w:rsid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140471" w:rsidRPr="00140471">
        <w:rPr>
          <w:rFonts w:ascii="Times New Roman" w:eastAsia="Times New Roman" w:hAnsi="Times New Roman"/>
          <w:color w:val="000000"/>
          <w:sz w:val="24"/>
          <w:lang w:val="ru-RU"/>
        </w:rPr>
        <w:t>204</w:t>
      </w:r>
      <w:r w:rsid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ч. (</w:t>
      </w:r>
      <w:r w:rsidR="00140471" w:rsidRPr="00B9769D">
        <w:rPr>
          <w:rFonts w:ascii="Times New Roman" w:eastAsia="Times New Roman" w:hAnsi="Times New Roman"/>
          <w:color w:val="000000"/>
          <w:sz w:val="24"/>
          <w:lang w:val="ru-RU"/>
        </w:rPr>
        <w:t>6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часов в неделю).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140471" w:rsidRDefault="00673686">
      <w:pPr>
        <w:autoSpaceDE w:val="0"/>
        <w:autoSpaceDN w:val="0"/>
        <w:spacing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22FE0" w:rsidRPr="00140471" w:rsidRDefault="00673686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222FE0" w:rsidRPr="00140471" w:rsidRDefault="00673686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и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речь.Речь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устная и письменная, монологическая и диалогическая,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: выборочное, ознакомительное, детальное.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222FE0" w:rsidRPr="00140471" w:rsidRDefault="00673686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140471">
        <w:rPr>
          <w:lang w:val="ru-RU"/>
        </w:rPr>
        <w:br/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Текст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основные признаки. Тема и главная мысль текста.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Микротема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текста. Ключевые слова.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222FE0" w:rsidRPr="00140471" w:rsidRDefault="0067368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Подробное, выборочное и сжатое изложение </w:t>
      </w:r>
      <w:proofErr w:type="gram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содержания</w:t>
      </w:r>
      <w:proofErr w:type="gram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22FE0" w:rsidRPr="00140471" w:rsidRDefault="00673686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140471" w:rsidRDefault="0067368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140471">
        <w:rPr>
          <w:lang w:val="ru-RU"/>
        </w:rPr>
        <w:br/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Орфография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22FE0" w:rsidRPr="00140471" w:rsidRDefault="00673686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140471">
        <w:rPr>
          <w:lang w:val="ru-RU"/>
        </w:rPr>
        <w:br/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Лексикология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222FE0" w:rsidRPr="00140471" w:rsidRDefault="0067368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proofErr w:type="spellStart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140471">
        <w:rPr>
          <w:lang w:val="ru-RU"/>
        </w:rPr>
        <w:br/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Морфемика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222FE0" w:rsidRPr="00140471" w:rsidRDefault="006736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222FE0" w:rsidRPr="00140471" w:rsidRDefault="006736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140471" w:rsidRDefault="0067368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222FE0" w:rsidRPr="00140471" w:rsidRDefault="00673686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: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proofErr w:type="gram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spellStart"/>
      <w:proofErr w:type="gramEnd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-скак- 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Глагол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22FE0" w:rsidRPr="00140471" w:rsidRDefault="006736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бер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proofErr w:type="spellEnd"/>
      <w:proofErr w:type="gram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gramEnd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140471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66" w:line="220" w:lineRule="exact"/>
        <w:rPr>
          <w:lang w:val="ru-RU"/>
        </w:rPr>
      </w:pPr>
    </w:p>
    <w:p w:rsidR="00222FE0" w:rsidRPr="00140471" w:rsidRDefault="00673686">
      <w:pPr>
        <w:autoSpaceDE w:val="0"/>
        <w:autoSpaceDN w:val="0"/>
        <w:spacing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22FE0" w:rsidRPr="00140471" w:rsidRDefault="0067368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222FE0" w:rsidRPr="00140471" w:rsidRDefault="006736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222FE0" w:rsidRPr="00140471" w:rsidRDefault="0067368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222FE0" w:rsidRPr="00140471" w:rsidRDefault="0067368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222FE0" w:rsidRPr="00140471" w:rsidRDefault="0067368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22FE0" w:rsidRPr="00140471" w:rsidRDefault="006736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222FE0" w:rsidRPr="00140471" w:rsidRDefault="006736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222FE0" w:rsidRPr="00140471" w:rsidRDefault="006736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140471" w:rsidRDefault="00673686">
      <w:pPr>
        <w:autoSpaceDE w:val="0"/>
        <w:autoSpaceDN w:val="0"/>
        <w:spacing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22FE0" w:rsidRPr="00140471" w:rsidRDefault="00673686">
      <w:pPr>
        <w:autoSpaceDE w:val="0"/>
        <w:autoSpaceDN w:val="0"/>
        <w:spacing w:before="346"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22FE0" w:rsidRPr="00140471" w:rsidRDefault="0067368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нормс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осознания последствий поступков; активное неприятие асоциальных поступков; свобода и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ответственностьличности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условиях индивидуального и общественного пространства.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66" w:line="220" w:lineRule="exact"/>
        <w:rPr>
          <w:lang w:val="ru-RU"/>
        </w:rPr>
      </w:pPr>
    </w:p>
    <w:p w:rsidR="00222FE0" w:rsidRPr="00140471" w:rsidRDefault="00673686">
      <w:pPr>
        <w:autoSpaceDE w:val="0"/>
        <w:autoSpaceDN w:val="0"/>
        <w:spacing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употреб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ление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изучае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мого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предметного знания и ознакомления с деятельностью филологов,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получия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66" w:line="220" w:lineRule="exact"/>
        <w:rPr>
          <w:lang w:val="ru-RU"/>
        </w:rPr>
      </w:pPr>
    </w:p>
    <w:p w:rsidR="00222FE0" w:rsidRPr="00140471" w:rsidRDefault="00673686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222FE0" w:rsidRPr="00140471" w:rsidRDefault="00673686">
      <w:pPr>
        <w:autoSpaceDE w:val="0"/>
        <w:autoSpaceDN w:val="0"/>
        <w:spacing w:before="262"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оптималь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 с учётом самостоятельно выделенных критериев.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90" w:line="220" w:lineRule="exact"/>
        <w:rPr>
          <w:lang w:val="ru-RU"/>
        </w:rPr>
      </w:pPr>
    </w:p>
    <w:p w:rsidR="00222FE0" w:rsidRPr="00140471" w:rsidRDefault="00673686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​лицах, схемах;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ложенным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 или сформулированным самостоятельно;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дивидуальной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 при решении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66" w:line="220" w:lineRule="exact"/>
        <w:rPr>
          <w:lang w:val="ru-RU"/>
        </w:rPr>
      </w:pPr>
    </w:p>
    <w:p w:rsidR="00222FE0" w:rsidRPr="00140471" w:rsidRDefault="00673686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совмест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​ной работы; уметь обобщать мнения нескольких людей, проявлять готовность руководить, выполнять поручения, подчиняться;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222FE0" w:rsidRPr="00140471" w:rsidRDefault="00673686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222FE0" w:rsidRPr="00140471" w:rsidRDefault="00673686">
      <w:pPr>
        <w:autoSpaceDE w:val="0"/>
        <w:autoSpaceDN w:val="0"/>
        <w:spacing w:before="262"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140471" w:rsidRDefault="00673686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полилоге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жизненных наблюдений объёмом не менее 3 реплик.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222FE0" w:rsidRPr="00140471" w:rsidRDefault="0067368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222FE0" w:rsidRPr="00140471" w:rsidRDefault="0067368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222FE0" w:rsidRPr="00140471" w:rsidRDefault="0067368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функ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ционально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-смысловому типу речи.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140471" w:rsidRDefault="00673686">
      <w:pPr>
        <w:autoSpaceDE w:val="0"/>
        <w:autoSpaceDN w:val="0"/>
        <w:spacing w:after="0" w:line="230" w:lineRule="auto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222FE0" w:rsidRPr="00140471" w:rsidRDefault="0067368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222FE0" w:rsidRPr="00140471" w:rsidRDefault="00673686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паро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нимов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proofErr w:type="spellStart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222FE0" w:rsidRPr="00140471" w:rsidRDefault="0067368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66" w:line="220" w:lineRule="exact"/>
        <w:rPr>
          <w:lang w:val="ru-RU"/>
        </w:rPr>
      </w:pPr>
    </w:p>
    <w:p w:rsidR="00222FE0" w:rsidRPr="00140471" w:rsidRDefault="00673686">
      <w:pPr>
        <w:autoSpaceDE w:val="0"/>
        <w:autoSpaceDN w:val="0"/>
        <w:spacing w:after="0" w:line="271" w:lineRule="auto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сис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​теме частей речи в русском языке для решения практико-ориентированных учебных задач.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22FE0" w:rsidRPr="00140471" w:rsidRDefault="0067368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</w:t>
      </w:r>
      <w:proofErr w:type="gram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чередованием</w:t>
      </w:r>
      <w:proofErr w:type="gram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-скак-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22FE0" w:rsidRPr="00140471" w:rsidRDefault="006736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22FE0" w:rsidRPr="00140471" w:rsidRDefault="0067368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222FE0" w:rsidRPr="00140471" w:rsidRDefault="006736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222FE0" w:rsidRPr="00140471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140471" w:rsidRDefault="00673686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222FE0" w:rsidRPr="00140471" w:rsidRDefault="0067368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222FE0" w:rsidRPr="00140471" w:rsidRDefault="0067368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  <w:r w:rsidRPr="00140471">
        <w:rPr>
          <w:lang w:val="ru-RU"/>
        </w:rPr>
        <w:br/>
      </w:r>
      <w:r w:rsidRPr="00140471">
        <w:rPr>
          <w:lang w:val="ru-RU"/>
        </w:rPr>
        <w:tab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22FE0" w:rsidRPr="00140471" w:rsidRDefault="00673686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нео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сложнённые</w:t>
      </w:r>
      <w:proofErr w:type="spell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140471">
        <w:rPr>
          <w:lang w:val="ru-RU"/>
        </w:rPr>
        <w:br/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222FE0" w:rsidRPr="00140471" w:rsidRDefault="00673686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союзами</w:t>
      </w:r>
      <w:proofErr w:type="gramEnd"/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14047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140471">
        <w:rPr>
          <w:rFonts w:ascii="Times New Roman" w:eastAsia="Times New Roman" w:hAnsi="Times New Roman"/>
          <w:color w:val="000000"/>
          <w:sz w:val="24"/>
          <w:lang w:val="ru-RU"/>
        </w:rPr>
        <w:t>; оформлять на письме диалог.</w:t>
      </w:r>
    </w:p>
    <w:p w:rsidR="00222FE0" w:rsidRPr="00140471" w:rsidRDefault="00222FE0">
      <w:pPr>
        <w:rPr>
          <w:lang w:val="ru-RU"/>
        </w:rPr>
        <w:sectPr w:rsidR="00222FE0" w:rsidRPr="00140471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4" w:line="220" w:lineRule="exact"/>
        <w:rPr>
          <w:sz w:val="32"/>
          <w:lang w:val="ru-RU"/>
        </w:rPr>
      </w:pPr>
    </w:p>
    <w:p w:rsidR="00222FE0" w:rsidRPr="00B9769D" w:rsidRDefault="00673686">
      <w:pPr>
        <w:autoSpaceDE w:val="0"/>
        <w:autoSpaceDN w:val="0"/>
        <w:spacing w:after="258" w:line="233" w:lineRule="auto"/>
        <w:rPr>
          <w:sz w:val="32"/>
        </w:rPr>
      </w:pPr>
      <w:r w:rsidRPr="00B9769D">
        <w:rPr>
          <w:rFonts w:ascii="Times New Roman" w:eastAsia="Times New Roman" w:hAnsi="Times New Roman"/>
          <w:b/>
          <w:color w:val="000000"/>
          <w:w w:val="101"/>
          <w:sz w:val="24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B9769D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№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Количество</w:t>
            </w:r>
            <w:proofErr w:type="spellEnd"/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Дата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изучения</w:t>
            </w:r>
          </w:p>
        </w:tc>
        <w:tc>
          <w:tcPr>
            <w:tcW w:w="4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Виды деятельности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Виды,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формы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контроля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Электронные (цифровые) образовательные ресурсы</w:t>
            </w:r>
          </w:p>
        </w:tc>
      </w:tr>
      <w:tr w:rsidR="00222FE0" w:rsidRPr="00B9769D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Раздел 1. ПОВТОРЕНИЕ </w:t>
            </w:r>
          </w:p>
        </w:tc>
      </w:tr>
      <w:tr w:rsidR="00222FE0" w:rsidRPr="00B9769D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80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80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Повторение пройденного материала.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80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80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80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80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02.09.2022 28.09.2022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80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Чтение текста, лекция, конспектирование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80" w:after="0" w:line="245" w:lineRule="auto"/>
              <w:ind w:left="72" w:right="43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Устный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80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РЭШ, Skysmart</w:t>
            </w: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515B5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Раздел 2. ОБЩИЕ  СВЕДЕНИЯ  О  ЯЗЫКЕ </w:t>
            </w:r>
          </w:p>
        </w:tc>
      </w:tr>
      <w:tr w:rsidR="00222FE0" w:rsidRPr="00B9769D">
        <w:trPr>
          <w:trHeight w:hRule="exact" w:val="39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Богатство и выразительность русского языка.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29.09.2022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7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лексические значения многозначных слов, сравнивать прямое и переносное значения слова, значения слов в синонимическом ряду и антонимической паре, значения слова и фразеологизма, наблюдать за образованием новых слов от иноязычных, использованием «старых» слов в новом значении; Самостоятельно формулировать суждения о красоте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богатстве русского языка на основе проведённого анализа; Анализировать прозаические и поэтические тексты с точки зрения использования в них изобразительно-выразительных языковых средств;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C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амостоятельно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формулировать обобщения и выводы 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словарном богатстве русского языка;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Характеризовать основные разделы лингвистики;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основания для сравнения слова и социальных знаков (дорожные знаки, знаки сервисов, предупредительные знаки, математические символы и проч.);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Характеризовать язык как систему знаков и как средство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человеческого общения;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Выявлять и сравнивать основные единицы языка и речи (в пределах изученного в начальной школе);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инфоурок</w:t>
            </w:r>
          </w:p>
        </w:tc>
      </w:tr>
      <w:tr w:rsidR="00222FE0" w:rsidRPr="00B9769D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Лингвистика как наука о языке.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30.09.2022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2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лексические значения многозначных слов, сравнивать прямое и переносное значения слова, значения слов в синонимическом ряду и антонимической паре, значения слова и фразеологизма, наблюдать за образованием новых слов от иноязычных, использованием «старых» слов в новом значении; Самостоятельно формулировать суждения о красоте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богатстве русского языка на основе проведённого анализа;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right="1440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ject/lesson/7653/cons</w:t>
            </w: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Раздел 3. ЯЗЫК И  РЕЧЬ </w:t>
            </w:r>
          </w:p>
        </w:tc>
      </w:tr>
      <w:tr w:rsidR="00222FE0" w:rsidRPr="00B9769D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Язык и речь. Монолог. Диалог.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Полилог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03.10.2022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Создавать устные монологические высказывания на основе жизненных наблюдений, чтения научно-учебной,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художественной и научно-популярной литературы;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Тестирование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right="1440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ject/lesson/7653/cons</w:t>
            </w: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2" w:right="640" w:bottom="7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B9769D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Речь как 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04.10.2022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Устно пересказывать прочитанный или прослушанный текст, в том числе с изменением лица рассказчика;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Участвовать в диалоге на лингвистические темы (в рамках изученного) и диалоге/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полилоге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на основе жизненных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наблюдений;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Использовать приёмы различных видов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аудирования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и чтения; Устно и письменно формулировать тему и главную мысль прослушанного и прочитанного текста, вопросы по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содержанию текста и отвечать на них;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содержание исходного текста, подробно и сжато передавать его в письменной форме;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Анализировать содержание исходного текста, подробно и сжато передавать его в письменной форме;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right="1440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ject/lesson/7653/cons</w:t>
            </w: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9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Раздел 4. ТЕКСТ</w:t>
            </w:r>
          </w:p>
        </w:tc>
      </w:tr>
      <w:tr w:rsidR="00222FE0" w:rsidRPr="00B9769D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Текст и его основные признаки.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01.10.2022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основные признаки текста;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Членить текст на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композиционносмысловые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части (абзацы);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ject/lesson/121</w:t>
            </w:r>
          </w:p>
        </w:tc>
      </w:tr>
      <w:tr w:rsidR="00222FE0" w:rsidRPr="00B9769D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Композиционная структура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05.10.2022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основные признаки текста;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Членить текст на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композиционносмысловые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части (абзацы);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ject/lesson/121</w:t>
            </w: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B9769D">
        <w:trPr>
          <w:trHeight w:hRule="exact" w:val="61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4.3.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Функциональносмысловые типы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06.10.2022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7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относительной законченности); с точки зрения его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принадлежности к функционально-смысловому типу речи; Устанавливать взаимосвязь описанных в тексте событий,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явлений, процессов;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 Создавать тексты функционально-смыслового типа речи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(повествование) с опорой на жизненный и читательский опыт; тексты с опорой на сюжетную картину;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Восстанавливать деформированный текст, корректировать восстановленный текст с опорой на образец;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Составлять план текста (простой, сложный) и пересказывать его содержание по плану в устной и письменной форме, в том числе с изменением лица рассказчика;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Представлять сообщение на заданную тему в виде презентации; Создавать текст электронной презентации с учётом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внеязыковых требований, предъявляемых к ней, и в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соответствии со спецификой употребления языковых средств; Редактировать собственные/созданные другими обучающимися тексты с целью совершенствования их содержания: оценивать достоверность фактического материала, анализировать текст с точки зрения целостности, связности, информативности;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Сопоставлять исходный и отредактированный тексты;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ject/lesson/121</w:t>
            </w:r>
          </w:p>
        </w:tc>
      </w:tr>
      <w:tr w:rsidR="00222FE0" w:rsidRPr="00B9769D">
        <w:trPr>
          <w:trHeight w:hRule="exact" w:val="35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4.4.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Повествование как тип речи. Рассказ.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07.10.2022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относительной законченности); с точки зрения его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принадлежности к функционально-смысловому типу речи; Устанавливать взаимосвязь описанных в тексте событий, явлений, процессов;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 Создавать тексты функционально-смыслового типа речи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(повествование) с опорой на жизненный и читательский опыт; тексты с опорой на сюжетную картину;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right="1440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ject/lesson/7653/cons</w:t>
            </w: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4" w:right="640" w:bottom="76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B9769D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4.5.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Смысловой анализ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08.10.2022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относительной законченности); с точки зрения его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принадлежности к функционально-смысловому типу речи; Устанавливать взаимосвязь описанных в тексте событий, явлений, процессов;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right="1440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ject/lesson/7653/cons</w:t>
            </w:r>
          </w:p>
        </w:tc>
      </w:tr>
      <w:tr w:rsidR="00222FE0" w:rsidRPr="00B9769D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4.6.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Информационная переработка текста. Редактирование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10.10.2022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относительной законченности); с точки зрения его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принадлежности к функционально-смысловому типу речи; Устанавливать взаимосвязь описанных в тексте событий, явлений, процессов;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Тестирование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ject/lesson/7660/</w:t>
            </w: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9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>Раздел 5. ФУНКЦИОНАЛЬНЫЕ  РАЗНОВИДНОСТИ  ЯЗЫКА</w:t>
            </w:r>
          </w:p>
        </w:tc>
      </w:tr>
      <w:tr w:rsidR="00222FE0" w:rsidRPr="00B9769D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11.10.2022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0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тексты, принадлежащие к разным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функциональным разновидностям языка: определять сферу использования и соотносить её с той или иной разновидностью языка;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Тестирование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https://multiurok.ru/fil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es/urok-po-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razvitiiurechifunktsionalnyeraznovidnos.htm</w:t>
            </w: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Раздел 6. СИСТЕМА ЯЗЫКА </w:t>
            </w: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B9769D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6.1.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Фонетика. Графика. Орфоэпия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12.10.2022 17.10.2022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Понимать смыслоразличительную функцию звука речи в слове; приводить примеры;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звуки речи по заданным характеристикам;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звуковой состав слова;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Классифицировать звуки по заданным признакам;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ударные и безударные гласные, звонкие и глухие, твёрдые и мягкие согласные;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Объяснять с помощью элементов транскрипции особенности произношения и написания слов;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Сравнивать звуковой и буквенный составы слова;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Членить слова на слоги и правильно переносить слова со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строки на строку;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место ударного слога, наблюдать за перемещением ударения при изменении формы слова;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Наблюдать за использованием выразительных средств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фонетики в поэтических произведениях;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Проводить фонетический анализ слов;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296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 https://resh.edu.ru/sub ject/lesson/384/</w:t>
            </w:r>
          </w:p>
        </w:tc>
      </w:tr>
      <w:tr w:rsidR="00222FE0" w:rsidRPr="00B9769D">
        <w:trPr>
          <w:trHeight w:hRule="exact" w:val="17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18.10.2022 19.10.2022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Оперировать понятием «орфограмма» и различать буквенные и небуквенные орфограммы при проведении орфографического анализа слова;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изученные орфограммы;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знания по орфографии в практике правописания (в том числе применять знания о правописании разделительных ъ и ь);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Находить и использовать необходимую информацию;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https://multiurok.ru/fil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es/urok-po-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razvitiiurechifunktsionalnyeraznovidnos.htm</w:t>
            </w:r>
          </w:p>
        </w:tc>
      </w:tr>
      <w:tr w:rsidR="00222FE0" w:rsidRPr="00B9769D">
        <w:trPr>
          <w:trHeight w:hRule="exact" w:val="320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4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6.3.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4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Лексикология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4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14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4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4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4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20.10.2022 18.11.2022</w:t>
            </w:r>
          </w:p>
        </w:tc>
        <w:tc>
          <w:tcPr>
            <w:tcW w:w="44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4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толкового словаря);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однозначные и многозначные слова, различать прямое и переносное значения слова;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Сравнивать прямое и переносное значения слова по заданному признаку;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синонимы, антонимы, омонимы;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многозначные слова и омонимы;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Уметь правильно употреблять слова-паронимы;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Характеризовать тематические группы слов, родовые и видовые понятия;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Находить основания для тематической группировки слов;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Группировать слова по тематическому признаку;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Проводить лексический анализ слов;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4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4" w:after="0" w:line="245" w:lineRule="auto"/>
              <w:ind w:left="72" w:right="1296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 https://resh.edu.ru/sub ject/lesson/384/</w:t>
            </w: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B9769D">
        <w:trPr>
          <w:trHeight w:hRule="exact" w:val="26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6.4.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Морфемика. 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21.11.2022 06.12.2022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Характеризовать морфему как минимальную значимую единицу языка;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морфемы в слове (корень, приставку, суффикс, окончание), выделять основу слова;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чередование звуков в морфемах (в том числе чередование гласных с нулём звука);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Проводить морфемный анализ слов;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знания по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морфемике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при выполнении языкового анализа различных видов и в практике правописания слов с изученными орфограммами;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Уместно использовать слова с суффиксами оценки в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собственной речи;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296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 https://resh.edu.ru/sub ject/lesson/384/</w:t>
            </w: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48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515B5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Раздел 7. МОРФОЛОГИЯ. КУЛЬТУРА РЕЧИ. ОРФОГРАФИЯ</w:t>
            </w:r>
          </w:p>
        </w:tc>
      </w:tr>
      <w:tr w:rsidR="00222FE0" w:rsidRPr="00B9769D">
        <w:trPr>
          <w:trHeight w:hRule="exact" w:val="39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7.1.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Морфология как раздел лингвистики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07.12.2022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7" w:lineRule="auto"/>
              <w:ind w:left="72" w:right="144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и характеризовать особенности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грамматического значения слова в отличие от лексического; Распознавать самостоятельные (знаменательные) части речи и их формы в рамках изученного; служебные части речи;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междометия, звукоподражательные слова (общее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представление);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Группировать слова разных частей речи по заданным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признакам, находить основания для классификации;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Применять знания о части речи как лексико-грамматическом разряде слов, о грамматическом значении слова, о системе частей речи в русском языке для решения практико-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ориентированных учебных задач;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имена существительные, имена прилагательные, глаголы;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Проводить морфологический анализ имён существительных, частичный морфологический анализ имён прилагательных, глаголов;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Применять знания по морфологии при выполнении языкового анализа различных видов в речевой практике;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1296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 https://resh.edu.ru/sub ject/lesson/384/</w:t>
            </w:r>
          </w:p>
        </w:tc>
      </w:tr>
      <w:tr w:rsidR="00222FE0" w:rsidRPr="00B9769D">
        <w:trPr>
          <w:trHeight w:hRule="exact" w:val="34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7.2.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Имя существительное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08.12.2022 18.01.2023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имени существительного;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Объяснять роль имени существительного в речи;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и характеризовать лексико- грамматические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разряды имён существительных по значению, имена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существительные собственные и нарицательные; имена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существительные одушевлённые и неодушевлённые;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типы склонения имён существительных;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Выявлять разносклоняемые и несклоняемые имена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существительные;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род, число, падеж, тип склонения имён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существительных;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Группировать имена существительные по заданным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морфологическим признакам;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Проводить морфологический анализ имён существительных;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296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 https://resh.edu.ru/sub ject/lesson/384/</w:t>
            </w: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4" w:right="640" w:bottom="3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B9769D">
        <w:trPr>
          <w:trHeight w:hRule="exact" w:val="45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7.3.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Имя прилагательное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19.01.2023 08.02.2023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7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имени прилагательного;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Характеризовать его роль в речи;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Правильно склонять имена прилагательные;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правила правописания безударных окончаний имён прилагательных;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полную и краткую формы имён прилагательных; Применять правила правописания кратких форм имён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прилагательных с основой на шипящий;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особенности использования имён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прилагательных в изучаемых текстах;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Проводить частичный морфологический анализ имён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прилагательных (в рамках изученного);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нормы словоизменения имён прилагательных, нормы согласования имён прилагательных с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существительными общего рода, неизменяемыми именами существительными; нормы произношения, постановки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ударения (в рамках изученного);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Применять нормы правописания о — е после шипящих и ц в суффиксах и окончаниях имён прилагательных; правописания не с именами прилагательными;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</w:t>
            </w:r>
          </w:p>
        </w:tc>
      </w:tr>
      <w:tr w:rsidR="00222FE0" w:rsidRPr="00B9769D">
        <w:trPr>
          <w:trHeight w:hRule="exact" w:val="57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7.4.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Глагол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09.02.2023 23.03.2023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7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глаголы совершенного и несовершенного вида, возвратные и невозвратные;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Применять правила правописания -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тся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и -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ться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в глаголах;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суффиксов -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ова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- — -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ева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-, -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ыва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- — -ива-;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инфинитив и личные формы глагола, приводить соответствующие примеры;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Называть грамматические свойства инфинитива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(неопределённой формы) глагола;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правила использования ь как показателя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грамматической формы инфинитива;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основу инфинитива;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Выделять основу настоящего (будущего простого) времени глагола;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спряжение глагола, уметь спрягать глаголы;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Группировать глаголы по типу спряжения;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правила правописания личных окончаний глагола; Применять правила использования ь после шипящих как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показателя грамматической формы глагола 2-го лица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единственного числа; гласной перед суффиксом -л- в формах прошедшего времени; слитного и раздельного написания не с глаголами;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Проводить частичный морфологический анализ глаголов (в рамках изученного);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Соблюдать нормы словоизменения глаголов, постановки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ударения в глагольных формах (в рамках изученного);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</w:t>
            </w:r>
          </w:p>
        </w:tc>
      </w:tr>
      <w:tr w:rsidR="00222FE0" w:rsidRPr="00B9769D">
        <w:trPr>
          <w:trHeight w:hRule="exact" w:val="32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72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4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515B5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Раздел 8. СИНТАКСИС. КУЛЬТУРА РЕЧИ. ПУНКТУАЦИЯ</w:t>
            </w:r>
          </w:p>
        </w:tc>
      </w:tr>
      <w:tr w:rsidR="00222FE0" w:rsidRPr="00B9769D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8.1.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Синтаксис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и пунктуация как разделы лингвистики. </w:t>
            </w:r>
          </w:p>
          <w:p w:rsidR="00222FE0" w:rsidRPr="00B9769D" w:rsidRDefault="00673686">
            <w:pPr>
              <w:autoSpaceDE w:val="0"/>
              <w:autoSpaceDN w:val="0"/>
              <w:spacing w:before="20" w:after="0" w:line="230" w:lineRule="auto"/>
              <w:ind w:left="7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Словосочетание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24.03.2023 25.03.2023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единицы синтаксиса (словосочетание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предложение);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функции знаков препинания;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Выделять словосочетания из предложения, распознавать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словосочетания по морфологическим свойствам главного слова (именные, глагольные, наречные);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средства связи слов в словосочетании;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нарушения норм сочетания слов в составе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словосочетания;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Проводить синтаксический анализ словосочетаний (в рамках изученного);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ject/lesson/121</w:t>
            </w:r>
          </w:p>
        </w:tc>
      </w:tr>
      <w:tr w:rsidR="00222FE0" w:rsidRPr="00B9769D">
        <w:trPr>
          <w:trHeight w:hRule="exact" w:val="62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8.2.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Простое двусоставное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515B53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03.04.2023 07.04.2023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57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предложения по цели высказывания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(повествовательные, побудительные, вопросительные),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эмоциональной окраске (восклицательные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невосклицательные), количеству грамматических основ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(простые и сложные), наличию второстепенных членов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(распространённые и нераспространённые) и характеризовать их;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Употреблять повествовательные, побудительные,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вопросительные, восклицательные предложения в речевой практике, корректируя интонацию в соответствии с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коммуникативной целью высказывания;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главные (грамматическую основу)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второстепенные члены предложения;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и характеризовать морфологические средства выражения подлежащего (именем существительным или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местоимением в именительном падеже, сочетанием имени существительного в форме именительного падежа с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родительного падежа) и сказуемого (глаголом, именем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существительным, именем прилагательным);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правила постановки тире между подлежащим и сказуемым;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Различать распространённые и нераспространённые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предложения, находить основания для сравнения и сравнивать их;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Определять виды второстепенных членов предложения и морфологические средства их выражения (в рамках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изученного);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Проводить синтаксический анализ простых двусоставных предложений;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68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ject/lesson/121</w:t>
            </w: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4" w:right="640" w:bottom="11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515B53">
        <w:trPr>
          <w:trHeight w:hRule="exact" w:val="4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8.3.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Простое осложнённое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10.04.2023 18.04.2023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7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и распознавать неосложнённые предложения и предложения, осложнённые однородными членами или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обращением;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Находить в предложении однородные члены и обобщающие слова при них;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Правильно интонировать эти предложения;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Характеризовать роль однородных членов предложения в речи; Точно использовать слова, обозначающие родовые и видовые понятия, в конструкциях с обобщающим словом при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однородных членах;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Самостоятельно составлять схемы однородных членов в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предложениях (по образцу);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пунктуационные нормы постановки знаков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препинания в предложениях с однородными членами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обобщающим словом при них (в рамках изученного);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в предложении обращение;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Устанавливать отсутствие грамматической связи обращения с предложением (обращение не является членом предложения); Правильно интонировать предложения с обращением;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Применять правила пунктуационного оформления обращения; Проводить синтаксический анализ простых осложнённых предложений;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296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 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://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resh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edu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/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sub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://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resh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edu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/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sub</w:t>
            </w:r>
          </w:p>
        </w:tc>
      </w:tr>
      <w:tr w:rsidR="00222FE0" w:rsidRPr="00515B53">
        <w:trPr>
          <w:trHeight w:hRule="exact" w:val="27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8.4.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Сложное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19.04.2023 27.04.2023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4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Сравнивать простые и сложные предложения, сложные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предложения и простые, осложнённые однородными членами; Определять основания для сравнения;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Самостоятельно формулировать выводы;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простые и сложные предложения с точки зрения количества грамматических основ;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Сравнивать простые и сложные предложения по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самостоятельно сформулированному основанию;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Самостоятельно формулировать выводы;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Применять правила пунктуационного оформления сложных предложений, состоящих из частей, связанных бессоюзной связью и союзами и, но, а, однако, зато, да;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right="1440"/>
              <w:jc w:val="center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 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://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resh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edu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/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su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https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://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resh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edu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ru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/</w:t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sub</w:t>
            </w:r>
          </w:p>
        </w:tc>
      </w:tr>
      <w:tr w:rsidR="00222FE0" w:rsidRPr="00B9769D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8.5.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Предложения с прямой речью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28.04.2023 05.05.2023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2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Анализировать предложения с прямой речью и сравнивать их с точки зрения позиции слов автора в предложении и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пунктуационного оформления этих предложений;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Самостоятельно формулировать выводы о пунктуационном оформлении предложений с прямой речью;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ject/lesson/121</w:t>
            </w:r>
          </w:p>
        </w:tc>
      </w:tr>
      <w:tr w:rsidR="00222FE0" w:rsidRPr="00B9769D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8.6.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Диалог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08.05.2023 11.05.2023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54" w:lineRule="auto"/>
              <w:ind w:left="72" w:right="288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Моделировать диалоги на лингвистические темы (в рамках изученного) и темы на основе жизненных наблюдений; Анализировать диалоги в художественных текстах с точки зрения пунктуационного оформления;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Самостоятельно формулировать выводы о пунктуационном оформлении диалога;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Применять правила оформления диалога на письме;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 w:rsidRPr="00B9769D">
              <w:rPr>
                <w:sz w:val="32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ject/lesson/121</w:t>
            </w: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27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Раздел 9. ПОВТОРЕНИЕ </w:t>
            </w: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Pr="00B9769D" w:rsidRDefault="00222FE0">
      <w:pPr>
        <w:rPr>
          <w:sz w:val="32"/>
        </w:rPr>
        <w:sectPr w:rsidR="00222FE0" w:rsidRPr="00B9769D">
          <w:pgSz w:w="16840" w:h="11900"/>
          <w:pgMar w:top="284" w:right="640" w:bottom="3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66" w:line="220" w:lineRule="exact"/>
        <w:rPr>
          <w:sz w:val="3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4442"/>
        <w:gridCol w:w="1118"/>
        <w:gridCol w:w="2954"/>
      </w:tblGrid>
      <w:tr w:rsidR="00222FE0" w:rsidRPr="00B9769D">
        <w:trPr>
          <w:trHeight w:hRule="exact" w:val="39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9.1.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22.05.2023 26.05.2023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32"/>
                <w:lang w:val="ru-RU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ожении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однородные члены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иобобщающие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слова при них. Правильно интонировать эти предложения.</w:t>
            </w:r>
          </w:p>
          <w:p w:rsidR="00222FE0" w:rsidRPr="00B9769D" w:rsidRDefault="00673686">
            <w:pPr>
              <w:autoSpaceDE w:val="0"/>
              <w:autoSpaceDN w:val="0"/>
              <w:spacing w:before="20" w:after="0" w:line="250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Характеризовать роль однородных членов предложения в речи. Точно использовать слова, обозначающие родовые и видовые понятия, в конструкциях с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обобщающим словом при однородных членах.</w:t>
            </w:r>
          </w:p>
          <w:p w:rsidR="00222FE0" w:rsidRPr="00B9769D" w:rsidRDefault="00673686">
            <w:pPr>
              <w:autoSpaceDE w:val="0"/>
              <w:autoSpaceDN w:val="0"/>
              <w:spacing w:before="20" w:after="0" w:line="245" w:lineRule="auto"/>
              <w:ind w:left="72" w:right="576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Самостоятельно составлять схемы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однородныхчленов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в предложениях (по образцу).</w:t>
            </w:r>
          </w:p>
          <w:p w:rsidR="00222FE0" w:rsidRPr="00B9769D" w:rsidRDefault="00673686">
            <w:pPr>
              <w:autoSpaceDE w:val="0"/>
              <w:autoSpaceDN w:val="0"/>
              <w:spacing w:before="20" w:after="0" w:line="250" w:lineRule="auto"/>
              <w:ind w:left="72" w:right="43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пунктуационные нормы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постановкизнаков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препинания в предложениях с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однородными членами и обобщающим словом при них (в рамках изученного).</w:t>
            </w:r>
          </w:p>
          <w:p w:rsidR="00222FE0" w:rsidRPr="00B9769D" w:rsidRDefault="00673686">
            <w:pPr>
              <w:autoSpaceDE w:val="0"/>
              <w:autoSpaceDN w:val="0"/>
              <w:spacing w:before="18" w:after="0" w:line="233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Распознавать в предложении обращение.</w:t>
            </w:r>
          </w:p>
          <w:p w:rsidR="00222FE0" w:rsidRPr="00B9769D" w:rsidRDefault="00673686">
            <w:pPr>
              <w:autoSpaceDE w:val="0"/>
              <w:autoSpaceDN w:val="0"/>
              <w:spacing w:before="18" w:after="0" w:line="250" w:lineRule="auto"/>
              <w:ind w:left="72" w:right="144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Устанавливать отсутствие грамматической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связиобращения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с предложением (обращение </w:t>
            </w:r>
            <w:r w:rsidRPr="00B9769D">
              <w:rPr>
                <w:sz w:val="32"/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не является членом предложения).</w:t>
            </w:r>
          </w:p>
          <w:p w:rsidR="00222FE0" w:rsidRPr="00B9769D" w:rsidRDefault="00673686">
            <w:pPr>
              <w:autoSpaceDE w:val="0"/>
              <w:autoSpaceDN w:val="0"/>
              <w:spacing w:before="18" w:after="0" w:line="233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Правильно интонировать предложения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собращением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</w:p>
          <w:p w:rsidR="00222FE0" w:rsidRPr="00B9769D" w:rsidRDefault="00673686">
            <w:pPr>
              <w:autoSpaceDE w:val="0"/>
              <w:autoSpaceDN w:val="0"/>
              <w:spacing w:before="18" w:after="0" w:line="233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Применять правила пунктуационного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оформленияобращения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.</w:t>
            </w:r>
          </w:p>
          <w:p w:rsidR="00222FE0" w:rsidRPr="00B9769D" w:rsidRDefault="00673686">
            <w:pPr>
              <w:autoSpaceDE w:val="0"/>
              <w:autoSpaceDN w:val="0"/>
              <w:spacing w:before="20" w:after="0" w:line="245" w:lineRule="auto"/>
              <w:ind w:left="72" w:right="43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Проводить синтаксический анализ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простыхосложнённых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предложений.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Письменный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контроль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270" w:after="0" w:line="245" w:lineRule="auto"/>
              <w:ind w:left="72" w:right="1440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https://resh.edu.ru/sub </w:t>
            </w:r>
            <w:r w:rsidRPr="00B9769D">
              <w:rPr>
                <w:sz w:val="32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ject/lesson/121</w:t>
            </w: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18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515B5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Раздел 10. СОЧИНЕНИЯ, ИЗЛОЖЕНИЯ, КОНТРОЛЬНЫЕ И ПРОВЕРОЧНЫЕ РАБОТЫ</w:t>
            </w:r>
          </w:p>
        </w:tc>
      </w:tr>
      <w:tr w:rsidR="00222FE0" w:rsidRPr="00B9769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10.1.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Сочинения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10.2.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Изложения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 w:rsidP="00784E2C">
            <w:pPr>
              <w:autoSpaceDE w:val="0"/>
              <w:autoSpaceDN w:val="0"/>
              <w:spacing w:before="78" w:after="0" w:line="230" w:lineRule="auto"/>
              <w:rPr>
                <w:sz w:val="3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jc w:val="center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10.3.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Контрольные и проверочные работы (в течение года)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autoSpaceDE w:val="0"/>
              <w:autoSpaceDN w:val="0"/>
              <w:spacing w:before="78" w:after="0" w:line="230" w:lineRule="auto"/>
              <w:ind w:left="72"/>
              <w:rPr>
                <w:sz w:val="3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autoSpaceDE w:val="0"/>
              <w:autoSpaceDN w:val="0"/>
              <w:spacing w:before="78" w:after="0" w:line="230" w:lineRule="auto"/>
              <w:ind w:left="68"/>
              <w:rPr>
                <w:sz w:val="3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  <w:tr w:rsidR="00222FE0" w:rsidRPr="00B9769D">
        <w:trPr>
          <w:trHeight w:hRule="exact" w:val="52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76" w:after="0" w:line="245" w:lineRule="auto"/>
              <w:ind w:left="72" w:right="720"/>
              <w:rPr>
                <w:sz w:val="32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204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>
            <w:pPr>
              <w:autoSpaceDE w:val="0"/>
              <w:autoSpaceDN w:val="0"/>
              <w:spacing w:before="76" w:after="0" w:line="233" w:lineRule="auto"/>
              <w:ind w:left="72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784E2C" w:rsidP="00784E2C">
            <w:pPr>
              <w:autoSpaceDE w:val="0"/>
              <w:autoSpaceDN w:val="0"/>
              <w:spacing w:before="76" w:after="0" w:line="233" w:lineRule="auto"/>
              <w:rPr>
                <w:sz w:val="32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9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222FE0">
            <w:pPr>
              <w:rPr>
                <w:sz w:val="32"/>
              </w:rPr>
            </w:pPr>
          </w:p>
        </w:tc>
      </w:tr>
    </w:tbl>
    <w:p w:rsidR="00222FE0" w:rsidRPr="00B9769D" w:rsidRDefault="00222FE0">
      <w:pPr>
        <w:autoSpaceDE w:val="0"/>
        <w:autoSpaceDN w:val="0"/>
        <w:spacing w:after="0" w:line="14" w:lineRule="exact"/>
        <w:rPr>
          <w:sz w:val="32"/>
        </w:rPr>
      </w:pPr>
    </w:p>
    <w:p w:rsidR="00222FE0" w:rsidRDefault="00222FE0">
      <w:pPr>
        <w:sectPr w:rsidR="00222FE0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78" w:line="220" w:lineRule="exact"/>
      </w:pPr>
    </w:p>
    <w:p w:rsidR="00222FE0" w:rsidRDefault="00673686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222FE0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Default="00222FE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Default="00222FE0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Default="00222FE0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FE0" w:rsidRDefault="00222FE0"/>
        </w:tc>
      </w:tr>
      <w:tr w:rsidR="00222FE0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 и человек. Общение устное и письменное.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220F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="00220F91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Читаем учебник. Слушаем на уроке.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Р/р Стили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129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Звуки и буквы . произношение и правописание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220F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Орфограмма.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08.09.2022 ;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проверяемых безударных гласных в корне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проверяемых согласных в корне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непроизносимых согласных в корне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и,у,а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98" w:right="650" w:bottom="5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Разделительный ъ и ь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Разделительное написание предлогов с другими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словами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мы знаем о тексте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right="144"/>
              <w:jc w:val="center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Р\р Обучающее изложение (по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Г.А.Скребицкому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упр.</w:t>
            </w:r>
          </w:p>
          <w:p w:rsidR="00222FE0" w:rsidRDefault="00673686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right="144"/>
              <w:jc w:val="center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Р\р Обучающее изложение (по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Г.А.Скребицкому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упр.</w:t>
            </w:r>
          </w:p>
          <w:p w:rsidR="00222FE0" w:rsidRDefault="00673686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Части речи . Глагол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220F9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-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-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Личные окончания глаголов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 w:rsidRPr="00220F91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220F91" w:rsidP="00220F9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Р.р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Тема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27.09.2022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/>
              <w:ind w:left="156" w:right="144" w:hanging="156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Письменный контроль; </w:t>
            </w:r>
            <w:r w:rsidRPr="00220F91">
              <w:rPr>
                <w:lang w:val="ru-RU"/>
              </w:rPr>
              <w:br/>
            </w: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220F91">
              <w:rPr>
                <w:lang w:val="ru-RU"/>
              </w:rPr>
              <w:br/>
            </w: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r w:rsid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как часть </w:t>
            </w:r>
            <w:proofErr w:type="gramStart"/>
            <w:r w:rsid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речи .</w:t>
            </w:r>
            <w:proofErr w:type="gramEnd"/>
            <w:r w:rsid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Падежные окончания имен существительных                                                         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220F91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220F91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28.09.2022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156" w:right="144" w:hanging="156"/>
            </w:pP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Письменный контроль; </w:t>
            </w:r>
            <w:r w:rsidRPr="00220F91">
              <w:rPr>
                <w:lang w:val="ru-RU"/>
              </w:rPr>
              <w:br/>
            </w:r>
            <w:r w:rsidRPr="00220F9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9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прилагательное</w:t>
            </w:r>
            <w:r w:rsid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как часть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</w:t>
            </w:r>
            <w:proofErr w:type="spellEnd"/>
            <w:r w:rsid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как часть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Р/р Основная мысль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37161E" w:rsidP="0037161E">
            <w:pPr>
              <w:autoSpaceDE w:val="0"/>
              <w:autoSpaceDN w:val="0"/>
              <w:spacing w:before="98" w:after="0" w:line="271" w:lineRule="auto"/>
              <w:ind w:right="288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Р.р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Обучающее сочинение  - описание по картине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А.А.Пластова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«Лето»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37161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37161E" w:rsidP="0037161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 в начальных классах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37161E" w:rsidP="0037161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«Повторение изученного в начальных классах»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37161E" w:rsidP="0037161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Анализ ошибок , допущенных в контрольном диктанте.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37161E" w:rsidP="0037161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Синтаксис и пунктуация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F82A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 w:rsidRPr="0037161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37161E" w:rsidP="0037161E">
            <w:pPr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Словосочетание. Способы выражения грамматической связи в словосочетании.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F82A3C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37161E">
              <w:rPr>
                <w:lang w:val="ru-RU"/>
              </w:rPr>
              <w:br/>
            </w: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37161E">
              <w:rPr>
                <w:lang w:val="ru-RU"/>
              </w:rPr>
              <w:br/>
            </w: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Виды предложения по цели высказывания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7161E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716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  <w:p w:rsidR="00F82A3C" w:rsidRPr="00F82A3C" w:rsidRDefault="00F82A3C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Р.р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Сжатое изложение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Глупыйпень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F82A3C" w:rsidRDefault="00F82A3C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F82A3C" w:rsidRDefault="00F82A3C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F82A3C" w:rsidRPr="00F82A3C" w:rsidRDefault="00F82A3C" w:rsidP="00F82A3C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  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Члены предложения.</w:t>
            </w:r>
          </w:p>
          <w:p w:rsidR="00222FE0" w:rsidRDefault="00673686">
            <w:pPr>
              <w:autoSpaceDE w:val="0"/>
              <w:autoSpaceDN w:val="0"/>
              <w:spacing w:before="70" w:after="0" w:line="262" w:lineRule="auto"/>
              <w:ind w:left="72" w:right="144"/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Главные члены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  <w:p w:rsidR="00F82A3C" w:rsidRPr="00B9769D" w:rsidRDefault="00F82A3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п итогам 1 четверти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F82A3C" w:rsidRDefault="00F82A3C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F82A3C" w:rsidRDefault="00F82A3C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  <w:p w:rsidR="00F82A3C" w:rsidRPr="00F82A3C" w:rsidRDefault="00F82A3C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Нераспространённые и распространённые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Второстепенные члены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предложения. Дополнение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Определение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24.10.2022 ;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Подготовка к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контрольному сочинению на тему: «Памятный день»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Написание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контрольного сочинения сочинению на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тему: «Памятный день"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Предложения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однородными членами.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предложениях с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однородными членами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F82A3C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 w:rsidRPr="00F82A3C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7B1123" w:rsidRDefault="00673686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B112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 с обращениями</w:t>
            </w:r>
            <w:r w:rsidR="007B112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  <w:p w:rsidR="00F82A3C" w:rsidRPr="00F82A3C" w:rsidRDefault="00F82A3C">
            <w:pPr>
              <w:autoSpaceDE w:val="0"/>
              <w:autoSpaceDN w:val="0"/>
              <w:spacing w:before="98" w:after="0" w:line="262" w:lineRule="auto"/>
              <w:ind w:left="72" w:right="1296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F82A3C">
              <w:rPr>
                <w:lang w:val="ru-RU"/>
              </w:rPr>
              <w:br/>
            </w: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F82A3C">
              <w:rPr>
                <w:lang w:val="ru-RU"/>
              </w:rPr>
              <w:br/>
            </w: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52C78" w:rsidRPr="00252C78" w:rsidRDefault="00252C78" w:rsidP="00252C7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Р/р Письмо (упр.225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  <w:p w:rsidR="00252C78" w:rsidRDefault="00252C78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  <w:p w:rsidR="00252C78" w:rsidRPr="00F82A3C" w:rsidRDefault="00252C78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F82A3C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 w:rsidRPr="00F82A3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</w:t>
            </w:r>
            <w:r w:rsidRPr="007B112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ый контроль; </w:t>
            </w:r>
            <w:r w:rsidRPr="007B1123">
              <w:rPr>
                <w:lang w:val="ru-RU"/>
              </w:rPr>
              <w:br/>
            </w:r>
            <w:r w:rsidRPr="007B112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B1123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Синтаксический разбор простого предложения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Пунктуационный разбор простого предложени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сложные предложения. </w:t>
            </w:r>
            <w:r w:rsid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55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100" w:after="0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Подготовка к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обучающему сочинению по картине Решетникова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«Мальчишки»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Написание обучающего сочинения по картине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Решетникова «Мальчишки»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Синтаксический разбор сложного предложения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Прямая речь. Знакомство с косвенной речью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55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4" w:lineRule="auto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Составление текста на тему: « Телефонный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разговор»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 изученного. Проверочная работа по теме: «Синтаксис.</w:t>
            </w:r>
          </w:p>
          <w:p w:rsidR="00222FE0" w:rsidRDefault="00673686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55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55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Фонетика. Орфоэпия.</w:t>
            </w:r>
          </w:p>
          <w:p w:rsidR="00222FE0" w:rsidRPr="00B9769D" w:rsidRDefault="00222FE0" w:rsidP="0084755D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Гласные звуки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 звуки.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Изменение звуков в потоке речи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Согласные твёрдые и мягкие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 w:rsidRPr="0084755D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Р/р Повествование</w:t>
            </w:r>
            <w:r w:rsid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Изложение с </w:t>
            </w:r>
            <w:proofErr w:type="gramStart"/>
            <w:r w:rsid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элем .</w:t>
            </w:r>
            <w:proofErr w:type="gramEnd"/>
            <w:r w:rsid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</w:t>
            </w:r>
            <w:proofErr w:type="spellEnd"/>
            <w:r w:rsid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Паустовский «Шкатулка»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  <w:p w:rsidR="0084755D" w:rsidRPr="0084755D" w:rsidRDefault="0084755D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84755D">
              <w:rPr>
                <w:lang w:val="ru-RU"/>
              </w:rPr>
              <w:br/>
            </w: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4755D">
              <w:rPr>
                <w:lang w:val="ru-RU"/>
              </w:rPr>
              <w:br/>
            </w: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222FE0" w:rsidRPr="0084755D" w:rsidRDefault="00222FE0">
      <w:pPr>
        <w:autoSpaceDE w:val="0"/>
        <w:autoSpaceDN w:val="0"/>
        <w:spacing w:after="0" w:line="14" w:lineRule="exact"/>
        <w:rPr>
          <w:lang w:val="ru-RU"/>
        </w:rPr>
      </w:pPr>
    </w:p>
    <w:p w:rsidR="00222FE0" w:rsidRPr="0084755D" w:rsidRDefault="00222FE0">
      <w:pPr>
        <w:rPr>
          <w:lang w:val="ru-RU"/>
        </w:rPr>
        <w:sectPr w:rsidR="00222FE0" w:rsidRPr="0084755D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Pr="0084755D" w:rsidRDefault="00222FE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Согласные звонкие и глухие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55D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 w:rsidRPr="0084755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Графика. Алфавит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55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Р/р Описание предмета (упр.302)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right="432"/>
              <w:jc w:val="center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Обозначение мягкости согласных с помощью 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55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Двойная роль букв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е,ё,ю,я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Орфоэпия.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55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Фонетический разбор слова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систематизация изученного по разделу: «Фонетика».</w:t>
            </w:r>
          </w:p>
          <w:p w:rsidR="00222FE0" w:rsidRDefault="00673686">
            <w:pPr>
              <w:autoSpaceDE w:val="0"/>
              <w:autoSpaceDN w:val="0"/>
              <w:spacing w:before="70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30072F" w:rsidRPr="0030072F" w:rsidRDefault="0030072F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Описание предметов, изображенных на картине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Ф.Толстого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«Цветы,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фрукты, птица» (упр.323)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30072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Слово и его лексическое значение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Однозначные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30072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Омонимы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Синонимы.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Антонимы. Повторение изученного.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  <w:p w:rsidR="0030072F" w:rsidRPr="0030072F" w:rsidRDefault="0030072F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Подготовка к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контрольному изложению на тему: «Первый снег»(упр.375)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Написание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контрольного изложения на тему: «Первый снег»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(упр.375)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222FE0" w:rsidRPr="0030072F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30072F" w:rsidP="0030072F">
            <w:pPr>
              <w:autoSpaceDE w:val="0"/>
              <w:autoSpaceDN w:val="0"/>
              <w:spacing w:before="100" w:after="0" w:line="262" w:lineRule="auto"/>
              <w:ind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по теме «Лексика. Культура»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30072F">
              <w:rPr>
                <w:lang w:val="ru-RU"/>
              </w:rPr>
              <w:br/>
            </w: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30072F">
              <w:rPr>
                <w:lang w:val="ru-RU"/>
              </w:rPr>
              <w:br/>
            </w: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30072F" w:rsidP="0030072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 ошибок , допущенных в контрольной работе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30072F">
              <w:rPr>
                <w:lang w:val="ru-RU"/>
              </w:rPr>
              <w:br/>
            </w: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30072F">
              <w:rPr>
                <w:lang w:val="ru-RU"/>
              </w:rPr>
              <w:br/>
            </w:r>
            <w:proofErr w:type="spellStart"/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с;</w:t>
            </w:r>
          </w:p>
        </w:tc>
      </w:tr>
      <w:tr w:rsidR="00222FE0" w:rsidRPr="0030072F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30072F" w:rsidP="0030072F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Морфема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Изменение и образование слов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30072F">
              <w:rPr>
                <w:lang w:val="ru-RU"/>
              </w:rPr>
              <w:br/>
            </w: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30072F">
              <w:rPr>
                <w:lang w:val="ru-RU"/>
              </w:rPr>
              <w:br/>
            </w: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222FE0" w:rsidRPr="0030072F" w:rsidRDefault="00222FE0">
      <w:pPr>
        <w:autoSpaceDE w:val="0"/>
        <w:autoSpaceDN w:val="0"/>
        <w:spacing w:after="0" w:line="14" w:lineRule="exact"/>
        <w:rPr>
          <w:lang w:val="ru-RU"/>
        </w:rPr>
      </w:pPr>
    </w:p>
    <w:p w:rsidR="00222FE0" w:rsidRPr="0030072F" w:rsidRDefault="00222FE0">
      <w:pPr>
        <w:rPr>
          <w:lang w:val="ru-RU"/>
        </w:rPr>
        <w:sectPr w:rsidR="00222FE0" w:rsidRPr="0030072F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Pr="0030072F" w:rsidRDefault="00222FE0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 w:rsidRPr="00847F07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Корень слова.</w:t>
            </w:r>
            <w:r w:rsid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47F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Окончание. Основа слова</w:t>
            </w:r>
          </w:p>
          <w:p w:rsidR="0030072F" w:rsidRPr="0030072F" w:rsidRDefault="0030072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847F0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30072F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F07" w:rsidRDefault="0067368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30072F">
              <w:rPr>
                <w:lang w:val="ru-RU"/>
              </w:rPr>
              <w:br/>
            </w:r>
            <w:r w:rsidRPr="0030072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</w:t>
            </w:r>
            <w:r w:rsidRPr="00847F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ый </w:t>
            </w:r>
            <w:r w:rsidRPr="00847F07">
              <w:rPr>
                <w:lang w:val="ru-RU"/>
              </w:rPr>
              <w:br/>
            </w:r>
            <w:r w:rsidRPr="00847F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F07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47F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Сочинение «Один из удачно проведённых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вечеров…» </w:t>
            </w:r>
            <w:r w:rsidRPr="00847F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(упр.3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90)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Р/р Рассуждение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Суффикс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Приставка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Р/р Выборочное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изложение«Последний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лист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орешника» (упр.420)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847F0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Чередование звуков. Анализ изложения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F07" w:rsidRDefault="00847F07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Беглые гласные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Варианты морфем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20.01.2023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Морфемный разбор слова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23.01.2023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9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Правописание гласных и согласных в приставках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з и с на конце приставок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222FE0">
            <w:pPr>
              <w:autoSpaceDE w:val="0"/>
              <w:autoSpaceDN w:val="0"/>
              <w:spacing w:before="98" w:after="0" w:line="230" w:lineRule="auto"/>
              <w:ind w:left="74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з и с на конце приставок.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right="288"/>
              <w:jc w:val="center"/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Буквы о-а в корне -лаг- - -лож-.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о-а в корне -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раст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- - -рос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ё-о после шипящих в корне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right="864"/>
              <w:jc w:val="center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Буквы и-ы после ц. Словарный диктант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F07" w:rsidRDefault="00673686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="00847F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 теме «</w:t>
            </w:r>
            <w:proofErr w:type="spellStart"/>
            <w:r w:rsidR="00847F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="00847F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847F07" w:rsidP="00847F07">
            <w:pPr>
              <w:autoSpaceDE w:val="0"/>
              <w:autoSpaceDN w:val="0"/>
              <w:spacing w:before="98" w:after="0" w:line="271" w:lineRule="auto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Работа над ошибками в контрольной работе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847F07" w:rsidRDefault="00847F07" w:rsidP="00847F07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Письменный контроль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910C6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100. Р/р Доказательства в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рассуждении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156" w:right="432" w:hanging="15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Имена существительные одушевлённые и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неодушевлённые.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4" w:lineRule="auto"/>
              <w:ind w:left="156" w:right="432" w:hanging="15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Имена существительные собственные и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нарицательные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Р/р Сжатое изложение (упр. 513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существительные, которые имеют форму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только множественного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Имена существительные,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которые имеют форму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только единственного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Три склонения имён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Падеж имён </w:t>
            </w:r>
            <w:r>
              <w:br/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15.02.2023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156" w:right="432" w:hanging="15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гласных в падежных окончаниях существительных в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16.02.2023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9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156" w:right="432" w:hanging="15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гласных в падежных окончаниях существительных в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156" w:right="432" w:hanging="15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гласных в падежных окончаниях существительных в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единственном числе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4" w:lineRule="auto"/>
              <w:ind w:left="576" w:right="288" w:hanging="576"/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112. Р/р Подготовка к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контрольному изложению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(упр.547).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222FE0" w:rsidRPr="00BC3BF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113. Р/р Написание </w:t>
            </w:r>
            <w:r w:rsidRPr="00B9769D">
              <w:rPr>
                <w:lang w:val="ru-RU"/>
              </w:rPr>
              <w:br/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22.02.2023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Изложение;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Множественное число имён существительных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Письменный контроль; </w:t>
            </w:r>
            <w:r w:rsidRPr="00BC3BFA">
              <w:rPr>
                <w:lang w:val="ru-RU"/>
              </w:rPr>
              <w:br/>
            </w: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BC3BFA">
              <w:rPr>
                <w:lang w:val="ru-RU"/>
              </w:rPr>
              <w:br/>
            </w:r>
            <w:r w:rsidRPr="00BC3BF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Множественное число имён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576" w:right="144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116. Правописание о-е после шипящих и ц в окончаниях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разбор имени существительного.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по теме: «Имя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существительное»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Контрольное тестирование по теме: «Имя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существительное»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BC3BFA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120. Имя прилагательное как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часть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121. Имя прилагательное как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часть речи.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156" w:right="432" w:hanging="15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гласных в падежных окончания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4" w:lineRule="auto"/>
              <w:ind w:left="156" w:right="432" w:hanging="15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Правописание гласных в падежных окончания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Правописание гласных в падежных окончания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Р/р Описание животного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Сочинение;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Прилагательные полные и краткие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Прилагательные полные и краткие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D66EA9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по теме: «Имя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прилагательное»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Контрольный диктант по теме: «Имя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прилагательное»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222FE0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81" w:lineRule="auto"/>
              <w:ind w:left="576" w:right="576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131. Р/р Подготовка к </w:t>
            </w:r>
            <w:r w:rsidRPr="00B9769D">
              <w:rPr>
                <w:lang w:val="ru-RU"/>
              </w:rPr>
              <w:br/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сочинениюописанию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животного по картине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А.Н.Комарова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«Заяц на дереве» (упр.598)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81" w:lineRule="auto"/>
              <w:ind w:left="576" w:right="576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132. Р/р Написание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сочинения</w:t>
            </w:r>
            <w:r w:rsidR="005F76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описания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животного по картине </w:t>
            </w: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А.Н.Комарова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«Заяц на дереве»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222FE0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highlight w:val="yellow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highlight w:val="yellow"/>
              </w:rPr>
              <w:t xml:space="preserve">133.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5F7668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highlight w:val="yellow"/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4"/>
              <w:rPr>
                <w:highlight w:val="yellow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highlight w:val="yellow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highlight w:val="yellow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highlight w:val="yellow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highlight w:val="yellow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highlight w:val="yellow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C3BFA" w:rsidRDefault="00673686">
            <w:pPr>
              <w:autoSpaceDE w:val="0"/>
              <w:autoSpaceDN w:val="0"/>
              <w:spacing w:before="98" w:after="0" w:line="230" w:lineRule="auto"/>
              <w:jc w:val="center"/>
              <w:rPr>
                <w:highlight w:val="yellow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highlight w:val="yellow"/>
              </w:rPr>
              <w:t>23.03.2023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5F7668" w:rsidRDefault="005F766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C3BFA">
              <w:rPr>
                <w:rFonts w:ascii="Times New Roman" w:eastAsia="Times New Roman" w:hAnsi="Times New Roman"/>
                <w:color w:val="000000"/>
                <w:sz w:val="24"/>
                <w:highlight w:val="yellow"/>
                <w:lang w:val="ru-RU"/>
              </w:rPr>
              <w:t>Сочинение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 Глагол как часть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135. Глагол как часть речи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 Не с глаголами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137. Р.р. Рассказ (упр.619)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Неопределённая форма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Неопределённая форма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140. Неопределённая форма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5F766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Правописание –тся и –ться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5F766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142. Виды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143. Буквы е – и в корнях с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чередованиями.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144. Буквы е – и в корнях с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чередованиями.</w:t>
            </w:r>
          </w:p>
          <w:p w:rsidR="00222FE0" w:rsidRDefault="00673686">
            <w:pPr>
              <w:autoSpaceDE w:val="0"/>
              <w:autoSpaceDN w:val="0"/>
              <w:spacing w:before="72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78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proofErr w:type="spellStart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Р.р</w:t>
            </w:r>
            <w:proofErr w:type="spellEnd"/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Невыдуманный рассказ (о себе) (упр.652)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 Время 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5F7668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147.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 Настоящее время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149. Будущее время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Спряжение глаголов. Как определить спряжение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глагола с безударным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личным окончанием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Спряжение глаголов . Как определить спряжение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глагола с безударным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личным окончанием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5F7668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156" w:right="288" w:hanging="15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Спряжение глаголов . Как определить спряжение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глагола с безударным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личным окончанием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153.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Морфологический разбор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154. Р\р Сжатое изложение с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изменением формы лица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222FE0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155. 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43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155. Р\р Сжатое изложение с </w:t>
            </w:r>
            <w:r w:rsidR="005F76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изменениями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изменением формы лица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Изложение;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576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156. Мягкий знак после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шипящих в глаголах во 2 -м лице единственного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157.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576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157. Мягкий знак после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шипящих в глаголах во 2 -м лице единственного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158.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158. Употребление времен в устных и письменных рассказах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159.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71" w:lineRule="auto"/>
              <w:ind w:left="576" w:right="432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159. Употребление времен в устных и письменных рассказах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160. Повторение по теме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"Глагол"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Повторение изученного в 5 классе . Подготовка к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итоговой контрольной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163. Контрольная работа по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итогам года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4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222FE0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164.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164. Анализ контрольной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165.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165. Разделы науки о языке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166.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Орфограммы в приставках </w:t>
            </w:r>
            <w:r w:rsidRPr="00B9769D">
              <w:rPr>
                <w:lang w:val="ru-RU"/>
              </w:rPr>
              <w:tab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в корнях слов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167. 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Орфограммы в окончаниях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23.05.2023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100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Употребление букв ъ и ь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81" w:lineRule="auto"/>
              <w:ind w:left="576" w:right="432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169. Знаки препинания в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простом и сложном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предложении и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предложениях с прямой речью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98" w:after="0" w:line="281" w:lineRule="auto"/>
              <w:ind w:left="576" w:right="432" w:hanging="576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170. Знаки препинания в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простом и сложном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предложении и </w:t>
            </w:r>
            <w:r w:rsidRPr="00B9769D">
              <w:rPr>
                <w:lang w:val="ru-RU"/>
              </w:rPr>
              <w:br/>
            </w: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предложениях с прямой речью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673686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222FE0">
        <w:trPr>
          <w:trHeight w:hRule="exact" w:val="810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Pr="00B9769D" w:rsidRDefault="00673686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B9769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5F7668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5F76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22FE0" w:rsidRDefault="005F766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</w:tr>
    </w:tbl>
    <w:p w:rsidR="00222FE0" w:rsidRDefault="00222FE0">
      <w:pPr>
        <w:autoSpaceDE w:val="0"/>
        <w:autoSpaceDN w:val="0"/>
        <w:spacing w:after="0" w:line="14" w:lineRule="exact"/>
      </w:pPr>
    </w:p>
    <w:p w:rsidR="00222FE0" w:rsidRDefault="00222FE0">
      <w:pPr>
        <w:sectPr w:rsidR="00222FE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Default="00222FE0">
      <w:pPr>
        <w:autoSpaceDE w:val="0"/>
        <w:autoSpaceDN w:val="0"/>
        <w:spacing w:after="78" w:line="220" w:lineRule="exact"/>
      </w:pPr>
    </w:p>
    <w:p w:rsidR="00222FE0" w:rsidRDefault="0067368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222FE0" w:rsidRDefault="00673686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222FE0" w:rsidRPr="00B9769D" w:rsidRDefault="00673686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Баранов М. Т., </w:t>
      </w: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Л.А. и другие. Русский язык (в 2 частях), 5 класс/ Акционерное общество «Издательство «Просвещение»;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222FE0" w:rsidRPr="00B9769D" w:rsidRDefault="00673686">
      <w:pPr>
        <w:autoSpaceDE w:val="0"/>
        <w:autoSpaceDN w:val="0"/>
        <w:spacing w:before="262" w:after="0" w:line="230" w:lineRule="auto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22FE0" w:rsidRPr="00B9769D" w:rsidRDefault="00673686">
      <w:pPr>
        <w:autoSpaceDE w:val="0"/>
        <w:autoSpaceDN w:val="0"/>
        <w:spacing w:before="166" w:after="0" w:line="271" w:lineRule="auto"/>
        <w:ind w:right="4032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МАТЕРИАЛЫ ДЛЯ УЧИТЕЛЯ </w:t>
      </w:r>
      <w:r w:rsidRPr="00B9769D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znayka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cc</w:t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wp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content</w:t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uploads</w:t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/2019/08/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Russkij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yazyk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.-5</w:t>
      </w:r>
      <w:r>
        <w:rPr>
          <w:rFonts w:ascii="Times New Roman" w:eastAsia="Times New Roman" w:hAnsi="Times New Roman"/>
          <w:color w:val="000000"/>
          <w:sz w:val="24"/>
        </w:rPr>
        <w:t>kl</w:t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Metodich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rekomend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Ladyzhenskaya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_2014-144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pdf</w:t>
      </w:r>
    </w:p>
    <w:p w:rsidR="00222FE0" w:rsidRPr="00B9769D" w:rsidRDefault="00673686">
      <w:pPr>
        <w:autoSpaceDE w:val="0"/>
        <w:autoSpaceDN w:val="0"/>
        <w:spacing w:before="264" w:after="0" w:line="230" w:lineRule="auto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22FE0" w:rsidRPr="00B9769D" w:rsidRDefault="00673686">
      <w:pPr>
        <w:autoSpaceDE w:val="0"/>
        <w:autoSpaceDN w:val="0"/>
        <w:spacing w:before="166" w:after="0"/>
        <w:ind w:right="5616"/>
        <w:rPr>
          <w:lang w:val="ru-RU"/>
        </w:rPr>
      </w:pP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B9769D"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Дистанционное образование для школьников... | </w:t>
      </w:r>
      <w:r w:rsidRPr="00B9769D">
        <w:rPr>
          <w:lang w:val="ru-RU"/>
        </w:rPr>
        <w:br/>
      </w:r>
      <w:proofErr w:type="spellStart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222FE0" w:rsidRPr="00B9769D" w:rsidRDefault="00222FE0">
      <w:pPr>
        <w:rPr>
          <w:lang w:val="ru-RU"/>
        </w:rPr>
        <w:sectPr w:rsidR="00222FE0" w:rsidRPr="00B9769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2FE0" w:rsidRPr="00B9769D" w:rsidRDefault="00222FE0">
      <w:pPr>
        <w:autoSpaceDE w:val="0"/>
        <w:autoSpaceDN w:val="0"/>
        <w:spacing w:after="78" w:line="220" w:lineRule="exact"/>
        <w:rPr>
          <w:lang w:val="ru-RU"/>
        </w:rPr>
      </w:pPr>
    </w:p>
    <w:p w:rsidR="00222FE0" w:rsidRPr="00B9769D" w:rsidRDefault="00673686">
      <w:pPr>
        <w:autoSpaceDE w:val="0"/>
        <w:autoSpaceDN w:val="0"/>
        <w:spacing w:after="0" w:line="230" w:lineRule="auto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222FE0" w:rsidRPr="00B9769D" w:rsidRDefault="00673686">
      <w:pPr>
        <w:autoSpaceDE w:val="0"/>
        <w:autoSpaceDN w:val="0"/>
        <w:spacing w:before="346" w:after="0" w:line="302" w:lineRule="auto"/>
        <w:ind w:right="3888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B9769D">
        <w:rPr>
          <w:lang w:val="ru-RU"/>
        </w:rPr>
        <w:br/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Таблицы, плакаты, словари, портреты, дидактический материал.</w:t>
      </w:r>
    </w:p>
    <w:p w:rsidR="00222FE0" w:rsidRPr="00B9769D" w:rsidRDefault="00673686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B976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B9769D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</w:t>
      </w:r>
    </w:p>
    <w:p w:rsidR="00222FE0" w:rsidRPr="00B9769D" w:rsidRDefault="00222FE0">
      <w:pPr>
        <w:rPr>
          <w:lang w:val="ru-RU"/>
        </w:rPr>
        <w:sectPr w:rsidR="00222FE0" w:rsidRPr="00B9769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73686" w:rsidRPr="00B9769D" w:rsidRDefault="00673686">
      <w:pPr>
        <w:rPr>
          <w:lang w:val="ru-RU"/>
        </w:rPr>
      </w:pPr>
    </w:p>
    <w:sectPr w:rsidR="00673686" w:rsidRPr="00B9769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0471"/>
    <w:rsid w:val="0015074B"/>
    <w:rsid w:val="00220F91"/>
    <w:rsid w:val="00222FE0"/>
    <w:rsid w:val="00252C78"/>
    <w:rsid w:val="0029639D"/>
    <w:rsid w:val="0030072F"/>
    <w:rsid w:val="00326F90"/>
    <w:rsid w:val="0037161E"/>
    <w:rsid w:val="00515B53"/>
    <w:rsid w:val="005F7668"/>
    <w:rsid w:val="00673686"/>
    <w:rsid w:val="00784E2C"/>
    <w:rsid w:val="007B1123"/>
    <w:rsid w:val="0084755D"/>
    <w:rsid w:val="00847F07"/>
    <w:rsid w:val="008F4E17"/>
    <w:rsid w:val="00910C61"/>
    <w:rsid w:val="00AA1D8D"/>
    <w:rsid w:val="00B47730"/>
    <w:rsid w:val="00B9769D"/>
    <w:rsid w:val="00BC3BFA"/>
    <w:rsid w:val="00CB0664"/>
    <w:rsid w:val="00D66EA9"/>
    <w:rsid w:val="00F35FE5"/>
    <w:rsid w:val="00F82A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089F4"/>
  <w14:defaultImageDpi w14:val="300"/>
  <w15:docId w15:val="{B3D93D85-CA8A-4E2C-9E87-2D8F0AC6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932A94-070E-40E7-9008-E6213417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47</Pages>
  <Words>12690</Words>
  <Characters>72335</Characters>
  <Application>Microsoft Office Word</Application>
  <DocSecurity>0</DocSecurity>
  <Lines>602</Lines>
  <Paragraphs>169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TSP</cp:lastModifiedBy>
  <cp:revision>13</cp:revision>
  <dcterms:created xsi:type="dcterms:W3CDTF">2013-12-23T23:15:00Z</dcterms:created>
  <dcterms:modified xsi:type="dcterms:W3CDTF">2022-09-28T18:50:00Z</dcterms:modified>
  <cp:category/>
</cp:coreProperties>
</file>